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3860: 计数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3860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GESP二级循环24年6月短除法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1731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2024年GESP 6月认证C++二级真题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小杨认为自己的幸运数是正整数 k （注：保证 1 ≤ k ≤ 9）。小杨想知道，对于从 1 到 n 的所有正整数中，k 出现了多少次。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第一行包含一个正整数 n。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第一行包含一个正整数 k。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输出从 1 到 n 的所有正整数中，k 出现的次数。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9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【样例解释】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从 1 到 25 中，2 出现的正整数有 2，12，20，21，22，23，24，25，一共出现了 9 次。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【数据范围】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对于全部数据，保证有 1 ≤ n ≤ 1000,1 ≤ k ≤ 9   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