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3859: 平方之和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3859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GESP二级循环24年6月枚举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6月认证C++二级真题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 n 个正整数 a_1,a_2,...a_n ，他想知道对于所有的 i (1 ≤ i ≤ n )，是否存在两个正整数 x 和 y 满足  x × x + y × y=a_i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 ，代表正整数数量。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 行，每行包含一个正整数，代表 a_i  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对于每个正整数 a_i，如果存在两个正整数 x 和 y 满足  x × x + y × y=a_i ，输出 Yes，否则输出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对于第一个正整数，存在 1 × 1 + 2 × 2=5 ，因此答案为 Yes。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【数据范围】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≤ 10,1 ≤ a_i ≤ 10^6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