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3858: 立方数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3858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GESP一级循环24年6月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2793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2024年GESP 6月认证C++一级真题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小杨有一个正整数 n ，他想知道 n 是否是一个立方数。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一个正整数 n 是立方数当且仅当存在一个正整数 x 满足 x × x ×  x=n 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第一行包含一个正整数 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如果正整数 n 是一个立方数，输出 Yes，否则输出 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【样例解释】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对于样例 1，存在正整数 2 使得 8=2 × 2 × 2 ，因此 8 为立方数。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对于样例 2，不存在满足条件的正整数，因此 9 不为立方数。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1 ≤ n ≤ 1000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