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media/image2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3730: 密码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3730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市赛常州2024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2024常州市赛T4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Y 发现了一个密码，这个密码的初始形式排列成了 n × n  的矩阵的形式。小 Y 需要首先按照蛇形矩阵的方式解读这个密码，如下图所示，从第一行第一个字符开始，第一步向右走，然后向左下方走到边界，接下去沿着边界走一步(可能向下可能向右)，再向右上方走到边界，接下去沿着边界走一步(可能向下可能向右)… … 不断重复这个过程直到走到第 n 行的第 n 列停止。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小Y把走过路径的字符串起来，就得到了一个长度为 n × n 的字符串 “THISISAVERYGOODPOEMITHINK”，这是密码的中间形式，而小Y需要把这个密码排列成最终形式，最终形式是把这个中间形式的密码按照螺旋矩阵的方式填入一个 n × n 的矩形中，如下图所示，从第一行第一个字符开始，第一步开始一直向右走直到碰到边界或是已有字符 ，再向下走到边界或已有字符，再向左走到边界或已有字符，再向上走到边界或已有字符… … 不断重复这个过程直到无路可走停止。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每走一步就往当前位置中填入一个密码中间形式字符串中的字符，就得到了密码的最终形式。现在给出密码的初始形式，小 Y 想让你告诉他密码的最终形式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94310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l7_14x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943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507660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npjip4p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0766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1 个正整数 n，表示密码初始形式矩阵的大小。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2-n+1 行每行 n 个字符（字符都是大写字母）表示密码的初始形式。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n 行每行 n 个大写字母表示密码的最终形式。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 10 个测试点，每个测试点 10 分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1-3 ：1 ≤ n ≤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4 ：保证矩阵中的所有字符完全相同。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5-7：1 ≤ n ≤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8-10：1 ≤ n ≤ 500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