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3729: 黑板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2024常州市赛T3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在黑板上从小到大依次写了若干个正整数， 它们分别是 a,a+1,a+2,…,b-1,b 。接下来，小 Y 会对黑板上的数进行若干次操作，一次操作是选择两个奇偶性相同的数(两个奇数或两个偶数)，将他们从黑板上擦掉，再在黑板上前一个数的位置写上它们的平均数。小 Y 想知道，经过若干次操作后能否使黑板上只剩下一个数 x 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 3 个正整数 a,b,x，其中 a &lt; b，a ≤ x ≤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如果不可能使黑板上只剩下一个数 x，输出 -1，否则输出一种可行的操作方案。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一种可行的操作方案共有 b-a 行，每行先小后大依次输出两个非负整数，表示该次操作中选择的两个数的位置，注意位置从 0 开始。两数之间用严格用一个空格隔开，第二个数之后没有空格。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先选择位置 0 和位置 2 上的数 2 和 4 得到平均值 3 放在位置 0 上，然后选择位置 0 和位置 1 上的数 3 和 3 得到平均值 3 放在位置 0 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25 个测试点，每个测试点 4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对于所有测试点： 1 ≤ a &lt; b ≤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1-2：保证 x=b-1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3-4：保证 a=b-1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5-10：保证 1 ≤ a &lt; b ≤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