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3728: 最小值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2024常州市赛T2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素数是指一个大于 1 的自然数，除了 1 和它本身外，不能被其他自然数整除，换句话说就是该数除了 1 和它本身以外不再有其他的因数。比如 2,3,5,7,11,13……都是素数，而 4,6,8,9,10……都是合数(有 3 个以上因数)。特别地，0 和 1 既不是素数，也不是合数。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小Y想知道最小的素数，那当然是 2 。不过他加上了一些限制，就是只通过某些数字构成的素数最小是多少？比如只通过 3 构成的最小的素数是 3，只通过 1 构成的最小的素数是 11，只通过 8 和 9 构成的最小的素数是 89 等等。另外需要特别指出的是：给出的数字无须全部用到，比如只通过 3 和 5 构成的最小的素数是 3，而不是 53。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n，表示可以使用的数字的个数。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个个位数字，表示可以使用哪些数字。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一行一个素数表示构成的素数最小是多少，若是无法通过给出的数字构成素数，则输出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个测试点，每个测试点 9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对于全部测试点：n ≤ 10，保证可以使用的数字互不相同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对于测试点1-3 ：n=1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对于测试点4-7 ：n=2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