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3727: 早起的鸟儿有虫吃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3727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市赛常州2024模拟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2024常州市赛T1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清晨，丛林里的鸟儿开始了一天的忙碌，吃早餐。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丛林可以看成是一个无限大的网格，每个格子在 0 时刻都有且仅有一只虫子。丛林里有 n (1 ≤ n ≤ 3) 只鸟，第 i 只鸟在 0 时刻在第 x[i] 行，第 y[i] 列。其中，对于所有数据保证 x[i]=1 或 y[i]=1，即第 i 只鸟初始时一定在第 1 行或第 1 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为了简化问题，我们假设鸟都只会向下或向右直线飞行，而虫子是不动的。当鸟儿在任何时刻(包括时刻 0)飞过一个格子时，就会吃掉该格子内的虫子。相应的，该时刻之后，该格子就不再有虫子了。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同时保证：如果一只鸟往下飞，则它的起始位置一定在第一行；如果一只鸟往右飞，则它的起始位置一定在第一列。为了保证鸟的飞行方向唯一，鸟的初始位置不会是 (1,1)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因为所有鸟都喜欢享受连续的免费早餐，所以如果在飞行时到达了一个已经没有虫子的格子，它就会非常不爽，直接停止在这个格子中。测试数据保证所有的鸟在任意时刻的位置互不相同。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需要注意的是，吃早餐的时间是有限的，只有 W 个单位的时间。因此，如果一只鸟在时刻 W 开始时还没有停止，那它会在这个时刻开始前被强制停止。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现在，想请聪明的你求出，对于每个 i (1 ≤ i ≤ n)，第 i 只鸟吃了多少只虫子？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第一行，两个正整数 n, W ，分别表示鸟的数量和吃早餐的总时刻数。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行，每行两个正整数 x[i], y[i]，表示第 i 只鸟的位置。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共 n 行，第 i 行一个正整数，表示第 i 只鸟吃的虫子数。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【样例解释1】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仅有的 1 只鸟在时刻 0 从第 2 行第 1 列向右依次飞过 1～5 列， 在时刻 0,1,2,3,4 各吃了一只虫子，在时刻 5 开始前被强制停止了，所以共吃了 5 只虫子。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【样例解释2】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只鸟在时刻 0 从第 2 行第 1 列向右依次飞过 1～4 列，在时刻 4 时飞到了第 2 行第 5 列，发现这一格的虫子在时刻1就被第 2 只鸟吃掉了，所以共吃了 4 只虫子就停下了。第 2 只鸟在时刻 0 从第 1 行第 5 列向下沿着第 5 列依次飞过 1～20 行，共吃了 20 只虫子后于时刻 20 停止。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本题共有 14 个测试点。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对于所有测试点：1 ≤ n ≤ 3,  1 ≤ x[i], y[i] ≤ 10^9，对于每个 i 有 x[i]=1 或 y[i]=1，1 ≤ W ≤ 10^9。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对于测试点 1-3 ：n=1。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对于测试点 1、4、5、8、9：所有鸟的前进方向相同。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保证所有未停止的鸟在任意时刻位置互不相同，即任意时刻不会有两只鸟到达同一格子。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测试数据保证答案不超过 2^{31}-1。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