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3724: 红绿灯(light)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23年常州市赛T6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X 家门前有两个红绿灯，小 X 做完了数学作业，闲着无聊便在窗边观察。他发现这两个红绿灯亮红灯和亮绿灯的时间是相等的，第一个红绿灯亮 p 秒绿灯，再亮 p 秒红灯……， 第二个红绿灯亮 q 秒绿灯，再亮 q 秒红灯……，如此循环往复。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现在恰好两个红绿灯都从红灯变成了绿灯，小 X 想要知道未来的 2pq 秒内，有多少秒满足两个红绿灯都亮绿灯。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2 个正整数 p,q，含义见题面。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输出一行一个整数表示在未来的 2pq 秒内，有多少秒满足两个红绿灯都亮绿灯。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在未来的 12 秒内，第一个红绿灯在第 1，2，5，6，9，10 秒亮绿灯。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第一个红绿灯在第 1，2，3，7，8，9 秒亮绿灯。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在第 1，2，9 秒时，同时亮绿灯，一共 3 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1-3 ： 1 ≤q p,q ≤q 1000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4-5 ： p=1,1 ≤q q ≤q 10^9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6-9 ： 1 ≤q p,q ≤q 10^9 且 p,q 互质，即 p,q 的最大公约数是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10-12： 1 ≤q p,q ≤q 10^9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