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3723: 洗牌(card)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23年常州市赛T5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有 n 张标有数字的纸牌，第 i 张纸牌上面的数是 a[i]，现在小 X 想通过洗牌打乱它们的顺序。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对于一个洗牌后的顺序，小 X 觉得相邻两张纸牌上数的差的绝对值之和越大，牌就洗的越乱。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举个例子：现在有 4 张纸牌，纸牌上的数依次为 1,2,3,4。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假设洗完牌后，纸牌上的数依次 4,3,2,1，相邻两张纸牌上数的差的绝对值之和为 |4-3|+|3-2|+|2-1|=1+1+1=3。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假设洗完牌后，纸牌上的数依次 2,4,1,3，相邻两张纸牌上数的差的绝对值之和为 |4-2|+|4-1|+|3-1|=2+3+2=7。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那么小 X 就会觉得 2,4,1,3 的顺序比 4,3,2,1 更乱。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想要问问你，对于所有顺序，相邻两张纸牌上数的差的绝对值之和最大能是多少。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1 个正整数 n，表示纸牌的张数。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个正整数 a[i]，表示第 i 张纸牌上的数。注意具有相同数字的纸牌可能有多张。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一种可行的顺序是 3 5 1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保证当测试点编号是偶数时，n 也是偶数。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1-3： 1 ≤q n ≤q 10,1 ≤q a[i] ≤q 1000000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4-8： 1 ≤q n&lt;=100,1 ≤q a[i] ≤q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9-11：1 ≤q n ≤q 100000,1 ≤q a[i] ≤q 1000000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