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3722: 数学作业 (fib)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3722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23年常州市赛T4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今天小 X 的数学老师带领大家学习了斐波那契序列： 斐波那契序列指的是这样一个数列：1、2、3、5、8、13、21、34。从第 3 个数开始， 每个数都是前两个数的和，比如 8=3+5，34=13+21。数列里的数叫做斐波那契数。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一个数 n 的斐波那契表示是指把 n 写成若干个互不相同的斐波那契数的和。一个数可 以有多种不同的斐波那契表示。比如 14 有三种斐波那契表示：14=1+13，14=1+5+8， 14=1+2+3+8。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数学老师给小 X 留下了一个数学作业，她告诉小 X 一个正整数 n，想让小 X 算出 n 有多少种不同的斐波那契表示。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X 请你帮助他完成他的数学作业。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第一行为一个正整数 n。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输出一行一个整数表示答案。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1-5 ：1≤q n ≤q 10^4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对于测试点 6-8 ：1 ≤q n ≤q 10^9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对于测试点 9-10 ：1 ≤q n ≤q 10^{12}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