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3721: ABC 字符串 (string)</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3721</w:t>
            </w:r>
          </w:p>
        </w:tc>
      </w:tr>
      <w:tr>
        <w:tc>
          <w:tcPr>
            <w:tcW w:type="dxa" w:w="4320"/>
          </w:tcPr>
          <w:p>
            <w:r>
              <w:t>标签</w:t>
            </w:r>
          </w:p>
        </w:tc>
        <w:tc>
          <w:tcPr>
            <w:tcW w:type="dxa" w:w="4320"/>
          </w:tcPr>
          <w:p>
            <w:r>
              <w:t>市赛</w:t>
            </w:r>
          </w:p>
        </w:tc>
      </w:tr>
      <w:tr>
        <w:tc>
          <w:tcPr>
            <w:tcW w:type="dxa" w:w="4320"/>
          </w:tcPr>
          <w:p>
            <w:r>
              <w:t>难度</w:t>
            </w:r>
          </w:p>
        </w:tc>
        <w:tc>
          <w:tcPr>
            <w:tcW w:type="dxa" w:w="4320"/>
          </w:tcPr>
          <w:p>
            <w:r>
              <w:t>基础</w:t>
            </w:r>
          </w:p>
        </w:tc>
      </w:tr>
      <w:tr>
        <w:tc>
          <w:tcPr>
            <w:tcW w:type="dxa" w:w="4320"/>
          </w:tcPr>
          <w:p>
            <w:r>
              <w:t>正确</w:t>
            </w:r>
          </w:p>
        </w:tc>
        <w:tc>
          <w:tcPr>
            <w:tcW w:type="dxa" w:w="4320"/>
          </w:tcPr>
          <w:p>
            <w:r>
              <w:t>3</w:t>
            </w:r>
          </w:p>
        </w:tc>
      </w:tr>
      <w:tr>
        <w:tc>
          <w:tcPr>
            <w:tcW w:type="dxa" w:w="4320"/>
          </w:tcPr>
          <w:p>
            <w:r>
              <w:t>来源</w:t>
            </w:r>
          </w:p>
        </w:tc>
        <w:tc>
          <w:tcPr>
            <w:tcW w:type="dxa" w:w="4320"/>
          </w:tcPr>
          <w:p>
            <w:r>
              <w:t>23年常州市赛T3</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 xml:space="preserve">小 Y 给了小 X 一个只包含大写字母 A,B,C 的字符串 。你可以对这个字符串进行如下操作：将子串 ABC 变成 BCA。 </w:t>
      </w:r>
    </w:p>
    <w:p>
      <w:pPr>
        <w:spacing w:before="40" w:after="40"/>
        <w:ind w:left="720"/>
      </w:pPr>
      <w:r>
        <w:rPr>
          <w:rFonts w:ascii="Consolas" w:hAnsi="Consolas"/>
          <w:sz w:val="18"/>
        </w:rPr>
        <w:t xml:space="preserve">小 X 想知道这个字符串最多能进行多少次操作。 </w:t>
      </w:r>
    </w:p>
    <w:p>
      <w:pPr>
        <w:spacing w:before="40" w:after="40"/>
        <w:ind w:left="720"/>
      </w:pPr>
      <w:r>
        <w:rPr>
          <w:rFonts w:ascii="Consolas" w:hAnsi="Consolas"/>
          <w:sz w:val="18"/>
        </w:rPr>
        <w:t xml:space="preserve">一个字符串的子串是把这个字符串通过删去头部和尾部若干个字符形成的字符串。 </w:t>
      </w:r>
    </w:p>
    <w:p>
      <w:pPr>
        <w:spacing w:before="40" w:after="40"/>
        <w:ind w:left="720"/>
      </w:pPr>
      <w:r>
        <w:rPr>
          <w:rFonts w:ascii="Consolas" w:hAnsi="Consolas"/>
          <w:sz w:val="18"/>
        </w:rPr>
        <w:t>例如：A,B,BB,AB,ABB 是 ABB 的子串，ABA 不是 ABBA 的子串。</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一行一个字符串 S。</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一行一个整数表示答案。</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【样例1解释】</w:t>
      </w:r>
    </w:p>
    <w:p>
      <w:pPr>
        <w:spacing w:before="40" w:after="40"/>
        <w:ind w:left="720"/>
      </w:pPr>
      <w:r>
        <w:rPr>
          <w:rFonts w:ascii="Consolas" w:hAnsi="Consolas"/>
          <w:sz w:val="18"/>
        </w:rPr>
        <w:t xml:space="preserve">ABCABC </w:t>
      </w:r>
    </w:p>
    <w:p>
      <w:pPr>
        <w:spacing w:before="40" w:after="40"/>
        <w:ind w:left="720"/>
      </w:pPr>
      <w:r>
        <w:rPr>
          <w:rFonts w:ascii="Consolas" w:hAnsi="Consolas"/>
          <w:sz w:val="18"/>
        </w:rPr>
        <w:t xml:space="preserve">ABCBCA </w:t>
      </w:r>
    </w:p>
    <w:p>
      <w:pPr>
        <w:spacing w:before="40" w:after="40"/>
        <w:ind w:left="720"/>
      </w:pPr>
      <w:r>
        <w:rPr>
          <w:rFonts w:ascii="Consolas" w:hAnsi="Consolas"/>
          <w:sz w:val="18"/>
        </w:rPr>
        <w:t xml:space="preserve">BCABCA </w:t>
      </w:r>
    </w:p>
    <w:p>
      <w:pPr>
        <w:spacing w:before="40" w:after="40"/>
        <w:ind w:left="720"/>
      </w:pPr>
      <w:r>
        <w:rPr>
          <w:rFonts w:ascii="Consolas" w:hAnsi="Consolas"/>
          <w:sz w:val="18"/>
        </w:rPr>
        <w:t>BCBCAA</w:t>
      </w:r>
    </w:p>
    <w:p>
      <w:pPr>
        <w:spacing w:before="40" w:after="40"/>
        <w:ind w:left="720"/>
      </w:pPr>
      <w:r>
        <w:rPr>
          <w:rFonts w:ascii="Consolas" w:hAnsi="Consolas"/>
          <w:sz w:val="18"/>
        </w:rPr>
        <w:t>最多操作 3 次。</w:t>
      </w:r>
    </w:p>
    <w:p>
      <w:pPr>
        <w:spacing w:before="40" w:after="40"/>
        <w:ind w:left="720"/>
      </w:pPr>
      <w:r>
        <w:rPr>
          <w:rFonts w:ascii="Consolas" w:hAnsi="Consolas"/>
          <w:sz w:val="18"/>
        </w:rPr>
        <w:t>【数据范围与说明】</w:t>
      </w:r>
    </w:p>
    <w:p>
      <w:pPr>
        <w:spacing w:before="40" w:after="40"/>
        <w:ind w:left="720"/>
      </w:pPr>
      <w:r>
        <w:rPr>
          <w:rFonts w:ascii="Consolas" w:hAnsi="Consolas"/>
          <w:sz w:val="18"/>
        </w:rPr>
        <w:t xml:space="preserve">对于全部测试点：n≤q200000，n 表示输入的字符串的长度。 </w:t>
      </w:r>
    </w:p>
    <w:p>
      <w:pPr>
        <w:spacing w:before="40" w:after="40"/>
        <w:ind w:left="720"/>
      </w:pPr>
      <w:r>
        <w:rPr>
          <w:rFonts w:ascii="Consolas" w:hAnsi="Consolas"/>
          <w:sz w:val="18"/>
        </w:rPr>
        <w:t>对于测试点 1-4 ：n≤q10 ;</w:t>
      </w:r>
    </w:p>
    <w:p>
      <w:pPr>
        <w:spacing w:before="40" w:after="40"/>
        <w:ind w:left="720"/>
      </w:pPr>
      <w:r>
        <w:rPr>
          <w:rFonts w:ascii="Consolas" w:hAnsi="Consolas"/>
          <w:sz w:val="18"/>
        </w:rPr>
        <w:t xml:space="preserve">对于测试点 5-7 ：n≤q1000, 并且保证无论按照什么顺序操作，被操作的子串两两不相交（换句话说，一个下标不会被两个操作的字符串同时覆盖）; </w:t>
      </w:r>
    </w:p>
    <w:p>
      <w:pPr>
        <w:spacing w:before="40" w:after="40"/>
        <w:ind w:left="720"/>
      </w:pPr>
      <w:r>
        <w:rPr>
          <w:rFonts w:ascii="Consolas" w:hAnsi="Consolas"/>
          <w:sz w:val="18"/>
        </w:rPr>
        <w:t>对于测试点 8-10：n≤q200000</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