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3680: 接竹竿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3680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GESP八级倍增24年3月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2024年GESP 3月认证C++八级真题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小杨同学想用卡牌玩一种叫做“接竹竿”的游戏。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游戏规则是：每张牌上有一个点数 v ，将给定的牌依次放入一列牌的末端。若放入之前这列牌中已有与这张牌点数相同的牌，则小杨同学会将这张牌和点数相同的牌之间的所有牌全部取出队列（包括这两张牌本身）。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小杨同学现在有一个长度为 n 的卡牌序列 A，其中每张牌的点数为 A_i（1 ≤ i ≤ n）。小杨同学有 q 次询问。第 i 次（1 ≤ i ≤ q ）询问时，小杨同学会给出 l_i，r_i，小杨同学想知道如果用下标在[l_i，r_i] 的所有卡牌按照下标顺序玩“接竹竿”的游戏，最后队列中剩余的牌数。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第一行包含一个正整数 T，表示测试数据组数。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对于每组测试数据，第一行包含一个正整数 n，表示卡牌序列A 的长度。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第二行包含 n 个正整数 A_1，A_2，...，A_n，表示卡牌的点数 A。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第三行包含一个正整数 q，表示询问次数。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q 行，每行两个正整数 l_i，r_i，表示一组询问。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对于每组数据，输出 q 行。第 i 行（ 1 ≤ i ≤ q  ）输出一个非负整数，表示第 i 次询问的答案。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1 2 2 3 1 3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5 6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对于第一次询问，小杨同学会按照 1，2，2 的顺序放置卡牌，在放置最后一张卡牌时，两张点数为 2 的卡牌会被收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走，因此最后队列中只剩余一张点数为 1 的卡牌。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对于第二次询问，队列变化情况为：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{}→{ 1 }→{ 1，2 }→{ 1，2，2 }→{ 1 }→{ 1，3 }→{ 1，3，1 }→{}→{ 3 }。因此最后队列中只剩余一张点数为 3 的卡牌。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对于全部数据，保证有 1 ≤ T ≤ 5，1 ≤ n ≤ 1.5 × 10^4，1 ≤ q ≤ 1.5 × 10^4，1 ≤ A_i ≤ 13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90560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j5pns9f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90560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