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3676: 好斗的牛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GESP六级排列组合24年3月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你有 10^9 个牛棚，从左到右一字排开。你希望把 N 头牛安置到牛棚里。麻烦的是，你的牛很好斗，如果他们附近有其他的牛，他们就会不安分地去挑事。其中，第 i 头牛的攻击范围是( a_i，b_i ) ，这意味着，如果他的左边 a_i 个牛棚或右边 b_i 个牛棚里有其他牛，他就会去挑事。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你想留下连续的一段牛棚，并把其他牛棚都卖掉。请问你最少需要留下多少牛棚，才能保证至少存在一种方案能够把所有的 N 头牛都安置进剩余的牛棚里，且没有牛会挑事？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1 个正整数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 N 个用空格隔开的正整数 a_1,...,a_N。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 个用空格隔开的正整数 b_1,...,b_N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输出一行一个整数，表示你最少需要留下多少牛棚。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【特别提醒】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你可以留下 4 个牛棚，并如此安排你的牛：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的测试点，保证 N=2；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N=3；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的测试点，保证 N ≤ 8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N ≤ 9，a_i，b_i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2984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yq2iw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29844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