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jp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3674: B -smooth 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3674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GESP五级素数筛24年3月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248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2024年GESP 3月认证C++五级真题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小杨同学想寻找一种名为 B-smooth 数的正整数。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如果一个正整数的最大质因子不超过 B，则该正整数为 B-smooth 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小杨同学想知道，对于给定的 n 和 B，有多少个不超过 n 的 B-smooth 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第一行包含两个正整数 n，B，含义如题面所示。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输出一个非负整数，表示不超过 n 的 B-smooth 数的数量。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10 3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7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在不超过 10 的正整数中， 3-smooth 数有 {1，2，3，4，6，8，9}，共 7 个。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对于全部数据，保证有 1 ≤ n ≤ 10^6， 1 ≤ B ≤ 10^6。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165670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3jpu68uy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656708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