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3672: 做题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GESP四级数组贪心24年3月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小杨同学为了提高自己的实力制定了做题计划，在第 k 天时，他必须要完成 k 道题，否则他就会偷懒。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小杨同学现在找到了一个题库，一共有 n 套题单，每一套题单中有一定数量的题目。但是他十分挑剔，每套题单他只会使用一次，每一天也只能使用一套题单里的题目，之后那套题单就会被弃之不用。对于每套题单，他不必完成题单内所有的题。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那么问题来了，小杨同学最多会做题几天才偷懒呢？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第一行，1个数为 n，表示有多少套题单。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 n 个整数 a_1,a_2,...,a_n，分别表示每套题单有多少道题。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输出一行，小杨同学偷懒前最多做题天数。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3 1 4 1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 1 ≤q n ≤q 10^6, 1 ≤q a_i ≤q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