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3668: 小杨的日字矩阵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GESP二级嵌套循环24年3月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GESP24年3月二级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小杨想要构造一个  N × N  的日字矩阵（  N  为奇数），具体来说，这个矩阵共有  N  行，每行  N  个字符，其中最左列、最右列都是 | ，而第一行、最后一行、以及中间一行（即第  (N+1)/(2)  行）的第 2 ~  N-1  个字符都是 - ，其余所有字符都是半角小写字母 x 。例如，一个  N = 5  的日字矩阵如下：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|---|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|xxx|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|---|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|xxx|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|---|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请你帮小杨根据给定的  N  打印出对应的“日字矩阵”。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 N（  5 ≤q N ≤q 49 ，保证  N  为奇数）。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输出对应的“日字矩阵”。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请严格按格式要求输出，不要擅自添加任何空格、标点、空行等任何符号。你应该恰好输出  N  行，每行除了换行符外恰好包含  N  个字符，这些字符要么是 - ，要么是 | ，要么是 x 。**你的输出必须和标准答案完全一致才能得分，请在提交前仔细检查。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