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3667: 乘法问题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3667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GESP二级循环24年3月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1668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GESP24年3月二级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小 A 最近刚刚学习了乘法，为了帮助他练习，我们给他若干个正整数，并要求他将这些数乘起来。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对于大部分题目，小 A 可以精准地算出答案，不过，如果这些数的乘积超过  10^6 ，小 A 就不会做了。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请你写一个程序，告诉我们小 A 会如何作答。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第一行一个整数 n，表示正整数的个数。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接下来 n 行，每行一个整数 a。小 A 需要将所有的 a 乘起来。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保证  n ≤q 50 ， a ≤q 100  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输出一行，如果乘积超过  10^6 ，则输出 &gt;1000000；否则输出所有数的乘积。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在常规程序中，输入、输出时提供提示是好习惯。但在本场考试中，由于系统限定，请不要在输入、输出中附带任何提示信息。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