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3666: 找因数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GESP24年3月一级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最近刚刚学习了因数的概念，具体来说，如果一个正整数 a 可以被另一个正整数 b 整除，那么我们就说 b 是 a 的因数。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请你帮忙写一个程序，从小到大输出正整数 a 的所有因数。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输入一行一个正整数 a。保证 a ≤q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输出若干行，为 a 的所有约数，从小到大排列。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