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3665: 小杨买书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GESP一级基础问题24年3月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GESP24年3月一级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小杨同学积攒了一部分零用钱想要用来购买书籍，已知一本书的单价是 13 元，请根据小杨零用钱的金额，编写程序计算最多可以购买多少本书，还剩多少零用钱。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，表示小杨拥有的零用钱数。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输出包含两行，第一行，购买图书的本书，第二行剩余的零用钱数。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 0 &lt; m &lt; 200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