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3580: 一元二次方程 [CSP-J 2023]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2023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题目背景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众所周知，对一元二次方程 ax ^ 2 + bx + c = 0, (a ≠ 0)，可以用以下方式求实数解：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 Δ = b ^ 2 - 4ac，则:若 Δ &lt; 0，则该一元二次方程无实数解。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 Δ ≥ 0，此时该一元二次方程有两个实数解 x _ {1, 2} = (-b ± √ Δ)/(2a)。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^ 2 + x + 1 = 0 无实数解，因为 Δ = 1 ^ 2 - 4 × 1 × 1 = -3 &lt;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^ 2 - 2x + 1 = 0 有两相等实数解 x _ {1, 2}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^ 2 - 3x + 2 = 0 有两互异实数解 x _ 1 = 1, x _ 2 =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在题面描述中 a 和 b 的最大公因数使用 gcd(a, b) 表示。例如 12 和 18 的最大公因数是 6，即 gcd(12, 18) = 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现在给定一个一元二次方程的系数 a, b, c，其中 a, b, c 均为整数且 a ≠ 0。你需要判断一元二次方程 a x ^ 2 + bx + c = 0 是否有实数解，并按要求的格式输出。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在本题中输出有理数 v 时须遵循以下规则：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由有理数的定义，存在唯一的两个整数 p 和 q，满足 q &gt; 0，gcd(p, q) = 1 且 v =  pq。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q = 1，则输出 {p}，否则输出 {p}/{q}，其中 {n} 代表整数 n 的值；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v = -0.5 时，p 和 q 的值分别为 -1 和 2，则应输出 -1/2；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v = 0 时，p 和 q 的值分别为 0 和 1，则应输出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对于方程的求解，分两种情况讨论：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Δ = b ^ 2 - 4ac &lt; 0，则表明方程无实数解，此时你应当输出 NO；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 Δ ≥ 0，此时方程有两解（可能相等），记其中较大者为 x，则：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x 为有理数，则按有理数的格式输出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否则根据上文公式，x 可以被唯一表示为 x = q_1 + q_2 √ r 的形式，其中：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q_1, q_2 为有理数，且 q_2 &gt;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 为正整数且 r &gt; 1，且不存在正整数 d &gt; 1 使 d^2|r（即 r 不应是 d^2 的倍数）；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q_1 ≠ 0，则按有理数的格式输出 q_1，并再输出一个加号 +；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否则跳过这一步输出；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q_2 = 1，则输出 sqrt({r})；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否则若 q_2 为整数，则输出 {q2}*sqrt({r})；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否则若 q_3 =  1{q_2} 为整数，则输出 sqrt({r})/{q3}；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否则可以证明存在唯一整数 c, d 满足 c, d &gt; 1, gcd(c, d) = 1 且 q_2 =  cd，此时输出 {c}*sqrt({r})/{d}；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上述表示中 {n} 代表整数 {n} 的值，详见样例。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如果方程有实数解，则按要求的格式输出两个实数解中的较大者。否则若方程没有实数解，则输出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T, M，分别表示方程数和系数的绝对值上限。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行，每行包含三个整数 a, b,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T 行，每行包含一个字符串，表示对应询问的答案，格式如题面所述。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-1 -1 -1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0 -432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2 -4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-1/2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12*sqrt(3)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3/2+sqrt(5)/2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1+sqrt(2)/2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-7/2+3*sqrt(5)/2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对于所有数据有：1 ≤q T ≤q 5000，1 ≤q M ≤q 10 ^ 3，|a|,|b|,|c| ≤q M，a ≠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测试点编号M ≤q特殊性质 A特殊性质 B特殊性质 C11是是是220否否否310 ^ 3是否是410 ^ 3是否否510 ^ 3否是是610 ^ 3否是否7, 810 ^ 3否否是9, 1010 ^ 3否否否其中：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A：保证 b =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B：保证 c =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C：如果方程有解，那么方程的两个解都是整数。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