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3578: 小苹果（apple） [CSP-J 2023]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3578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的桌子上放着 n 个苹果从左到右排成一列，编号为从 1 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小苞是小 Y 的好朋友，每天她都会从中拿走一些苹果。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每天在拿的时候，小苞都是从左侧第 1 个苹果开始、每隔 2 个苹果拿走 1 个苹果。随后小苞会将剩下的苹果按原先的顺序重新排成一列。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小苞想知道，多少天能拿完所有的苹果，而编号为 n 的苹果是在第几天被拿走的？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n，表示苹果的总数。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输出一行包含两个正整数，两个整数之间由一个空格隔开，分别表示小苞拿走所有苹果所需的天数以及拿走编号为 n 的苹果是在第几天。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小苞的桌上一共放了 8 个苹果。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小苞第一天拿走了编号为 1、4、7 的苹果。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小苞第二天拿走了编号为 2、6 的苹果。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小苞第三天拿走了编号为 3 的苹果。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小苞第四天拿走了编号为 5 的苹果。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小苞第五天拿走了编号为 8 的苹果。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对于所有测试数据有：1≤q n≤q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测试点n≤q特殊性质1∼ 210无3∼ 510^3无6∼ 710^6有8∼ 910^6无1010^9无特殊性质：小苞第一天就取走编号为 n 的苹果。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