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3572: 数对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3572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枚举模拟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从键盘输入 n，然后统计出 n 的所有数对，满足每个数对的乘积即为该数。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 32 的数对有哪些？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* 32 = 32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* 16 = 32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* 8 = 32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* 4 = 32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16 * 2 = 32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32 * 1 = 32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输入只有一行，即一个整数。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输出有若干行，每一行是一个乘法式子。（注意：运算符号与数字之间有一个空格）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32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* 32 = 32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* 16 = 32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* 8 = 32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* 4 = 32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16 * 2 = 32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32 * 1 = 32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