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3532: [NOIP2002 普及组] 产生数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3532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图论高精度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给出一个整数 n 和 k 个变换规则。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规则：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一位数可变换成另一个一位数。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规则的右部不能为零。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例如：n=234,k=2。有以下两个规则：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2⟶ 5。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3⟶ 6。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上面的整数 234 经过变换后可能产生出的整数为（包括原数）: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234。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534。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264。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564。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4 种不同的产生数。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现在给出一个整数 n 和 k 个规则。求出经过任意次的变换（0 次或多次），能产生出多少个不同整数。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仅要求输出个数。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n,k，含义如题面所示。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k 行，每行两个整数 x_i,y_i，表示每条规则。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共一行，输出能生成的数字个数。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234 2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数据，满足 n &lt; 10^{30}，k ≤ 15。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 2002 普及组第三题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