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3495: 幸运数字</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3495</w:t>
            </w:r>
          </w:p>
        </w:tc>
      </w:tr>
      <w:tr>
        <w:tc>
          <w:tcPr>
            <w:tcW w:type="dxa" w:w="4320"/>
          </w:tcPr>
          <w:p>
            <w:r>
              <w:t>标签</w:t>
            </w:r>
          </w:p>
        </w:tc>
        <w:tc>
          <w:tcPr>
            <w:tcW w:type="dxa" w:w="4320"/>
          </w:tcPr>
          <w:p>
            <w:r>
              <w:t>江苏省赛2023</w:t>
            </w:r>
          </w:p>
        </w:tc>
      </w:tr>
      <w:tr>
        <w:tc>
          <w:tcPr>
            <w:tcW w:type="dxa" w:w="4320"/>
          </w:tcPr>
          <w:p>
            <w:r>
              <w:t>难度</w:t>
            </w:r>
          </w:p>
        </w:tc>
        <w:tc>
          <w:tcPr>
            <w:tcW w:type="dxa" w:w="4320"/>
          </w:tcPr>
          <w:p>
            <w:r>
              <w:t>入门</w:t>
            </w:r>
          </w:p>
        </w:tc>
      </w:tr>
      <w:tr>
        <w:tc>
          <w:tcPr>
            <w:tcW w:type="dxa" w:w="4320"/>
          </w:tcPr>
          <w:p>
            <w:r>
              <w:t>正确</w:t>
            </w:r>
          </w:p>
        </w:tc>
        <w:tc>
          <w:tcPr>
            <w:tcW w:type="dxa" w:w="4320"/>
          </w:tcPr>
          <w:p>
            <w:r>
              <w:t>122</w:t>
            </w:r>
          </w:p>
        </w:tc>
      </w:tr>
      <w:tr>
        <w:tc>
          <w:tcPr>
            <w:tcW w:type="dxa" w:w="4320"/>
          </w:tcPr>
          <w:p>
            <w:r>
              <w:t>来源</w:t>
            </w:r>
          </w:p>
        </w:tc>
        <w:tc>
          <w:tcPr>
            <w:tcW w:type="dxa" w:w="4320"/>
          </w:tcPr>
          <w:p>
            <w:r>
              <w:t>2023年江苏省＂信息与未来＂小学生编程</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如果把一个数字十进制表示的奇数位和偶数位分别相加得到的和相同，小小就认为它是一个幸运的数字。例如：</w:t>
      </w:r>
    </w:p>
    <w:p>
      <w:pPr>
        <w:spacing w:before="40" w:after="40"/>
        <w:ind w:left="720"/>
      </w:pPr>
      <w:r>
        <w:rPr>
          <w:rFonts w:ascii="Consolas" w:hAnsi="Consolas"/>
          <w:sz w:val="18"/>
        </w:rPr>
        <w:t>12345 奇数位相加 1 + 3 + 5 = 9 、偶数位相加 2 + 4 = 6，因此 12345 不是幸运数字；</w:t>
      </w:r>
    </w:p>
    <w:p>
      <w:pPr>
        <w:spacing w:before="40" w:after="40"/>
        <w:ind w:left="720"/>
      </w:pPr>
      <w:r>
        <w:rPr>
          <w:rFonts w:ascii="Consolas" w:hAnsi="Consolas"/>
          <w:sz w:val="18"/>
        </w:rPr>
        <w:t>2332 奇数位相加 2 + 3 = 5 、偶数位相加 3 + 2 = 5，因此 2332 是幸运数字。</w:t>
      </w:r>
    </w:p>
    <w:p>
      <w:pPr>
        <w:spacing w:before="40" w:after="40"/>
        <w:ind w:left="720"/>
      </w:pPr>
      <w:r>
        <w:rPr>
          <w:rFonts w:ascii="Consolas" w:hAnsi="Consolas"/>
          <w:sz w:val="18"/>
        </w:rPr>
        <w:t>对于给定的 a 和 b，小小希望你求出 a, a + 1, a + 2, ⋯, b 中幸运数字的数量。</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输入数据仅一行，包含空格分隔的两个整数 a 和 b。</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输出一行一个整数，代表 a, a + 1, a + 2, ⋯, b  中幸运数字的数量。</w:t>
      </w:r>
    </w:p>
    <w:p>
      <w:pPr>
        <w:spacing w:before="40" w:after="40"/>
        <w:ind w:left="864"/>
      </w:pPr>
      <w:r>
        <w:rPr>
          <w:rFonts w:ascii="Consolas" w:hAnsi="Consolas"/>
          <w:sz w:val="18"/>
        </w:rPr>
        <w:t xml:space="preserve"> </w:t>
      </w:r>
    </w:p>
    <w:p>
      <w:pPr>
        <w:pStyle w:val="Heading1"/>
      </w:pPr>
      <w:r>
        <w:t>提示</w:t>
      </w:r>
    </w:p>
    <w:p>
      <w:pPr>
        <w:spacing w:before="40" w:after="40"/>
        <w:ind w:left="720"/>
      </w:pPr>
      <w:r>
        <w:rPr>
          <w:rFonts w:ascii="Consolas" w:hAnsi="Consolas"/>
          <w:sz w:val="18"/>
        </w:rPr>
      </w:r>
    </w:p>
    <w:p>
      <w:pPr>
        <w:spacing w:before="40" w:after="40"/>
        <w:ind w:left="720"/>
      </w:pPr>
      <w:r>
        <w:rPr>
          <w:rFonts w:ascii="Consolas" w:hAnsi="Consolas"/>
          <w:sz w:val="18"/>
        </w:rPr>
        <w:t>【数据规模】</w:t>
      </w:r>
    </w:p>
    <w:p>
      <w:pPr>
        <w:spacing w:before="40" w:after="40"/>
        <w:ind w:left="720"/>
      </w:pPr>
      <w:r>
        <w:rPr>
          <w:rFonts w:ascii="Consolas" w:hAnsi="Consolas"/>
          <w:sz w:val="18"/>
        </w:rPr>
        <w:t>对于 100% 的数据，满足 1 ≤ a ≤ b ≤ 1, 000, 000。</w:t>
      </w:r>
    </w:p>
    <w:p>
      <w:pPr>
        <w:spacing w:before="40" w:after="40"/>
        <w:ind w:left="720"/>
      </w:pPr>
      <w:r>
        <w:rPr>
          <w:rFonts w:ascii="Consolas" w:hAnsi="Consolas"/>
          <w:sz w:val="18"/>
        </w:rPr>
      </w:r>
    </w:p>
    <w:p>
      <w:pPr>
        <w:spacing w:before="40" w:after="40"/>
        <w:ind w:left="720"/>
      </w:pPr>
      <w:r>
        <w:rPr>
          <w:rFonts w:ascii="Consolas" w:hAnsi="Consolas"/>
          <w:sz w:val="18"/>
        </w:rP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