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3494: 以“bi”开头的单词数量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3494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字符串蓝桥等考17级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给定若干个英文单词，单词之间以一个空格隔开，请统计出所有以bi开头的单词数量。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给定的英文单词为：gate biweekly bike cook men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其中以bi开头的有biweekly和bike，故输出 2。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 1 行，包含若干个英文单词（单词都为小写字母，单词长度大于 2 且小于 11 ），单词之间以一个空格隔开，总长度不超过 250。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一个整数，表示以bi开头的单词数量。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gate biweekly bike cook men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