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3491: 奖品分配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3491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GESP八级排列组合23年12月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GESP23年12月八级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班上有 N 名同学，学号从 0 到 N-1 。有 M 种奖品要分给这些同学，其中，第  i  种奖品总共有 a_i 个（i=0,1,...,M-1）。巧合的是，奖品的数量不多不少，每位同学都可以恰好分到一个奖品，且最后剩余的奖品不超过 1 个（即：N ≤q a_0 + a_1 + ... + a _ {M-1} ≤q N+1 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现在，请你求出每个班级礼物分配的方案数，所谓方案，指的是为每位同学都分配一个种类的奖品。只要有一位同学获得了不同种类的奖品，即视为不同的方案。方便起见，你只需要输出方案数对  10^9+7  取模后的结果即可。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共有 T 个班级都面临着奖品分配的问题，你需要依次为他们解答。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T，表示班级数量。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T 行，每行若干用单个空格隔开的正整数。首先是两个正整数 N,M，接着是 M 个正整数 a_0,a_1,...,a _ {M-1}。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 N ≤q a_0+a_1+...+a _ {M-1} ≤q N+1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T 行，每行一个整数，表示该班级分配奖品的方案数对  10^9+7  取模的结果。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 1 个班级，学号为 0,1,2 的同学可以依次分别获得奖品 0,1,1，也可以依次分别获得奖品 1,0,1，也可以依次分别获得奖品 1,1,0，因此共有 3 种方案。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 2 个班级，学号为 0,1,2 的同学可以依次分别获得奖品 0,1,1，也可以依次分别获得奖品 1,0,1，也可以依次分别获得奖品 1,1,0，也可以依次分别获得奖品 1,1,1，因此共有 4 种方案。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 3 个班级，可以把编号为 1 的奖品分配给 5 名同学中的任意一名，共有 5 种方案；再把编号为 2 的奖品分配给剩余 4 名同学中的任意一名，共有 4 种方案；最后给剩余 3 名同学自然获得 0 号奖品。因此，方案数为  5 × 4 = 20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 30 % 的测试点，保证  N ≤q 10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 30 %的测试点，保证 M = 2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N ≤q 1,000；保证 T ≤q 1,000 ；保证  M ≤q 1,001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