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3489: 商品交易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GESP七级图论bfsspfa23年12月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GESP23年12月七级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市场上共有 N 种商品，编号从 0 至 N-1，其中，第 i 种商品价值 v_i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现在共有 M 个商人，编号从 0 至 M-1。在第 j 个商人这，你可以使用第 x_j 种商品交换第 y_j 种商品。每个商人都会按照商品价值进行交易，具体来说，如果  v _ {x_j} &gt; v _ {y_j}  ，他将会付给你 v _ {y_j} -v _ {x_j}  元钱；否则，那么你需要付给商人  v _ {x_j} - v _ {y_j}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元钱。除此之外，每次交易商人还会收取 1 元作为手续费，不论交易商品的价值孰高孰低。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你现在拥有商品 a，并希望通过一些交换来获得商品 b。请问你至少要花费多少钱？（当然，这个最小花费也可能是负数，这表示你可以在完成目标的同时赚取一些钱。）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第一行四个整数  N,M,a,b ，分别表示商品的数量、商人的数量、你持有的商品以及你希望获得的商品。保证0 ≤q a,b &lt; N，保证  a ≠ b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个用单个空格隔开的正整数 v_0,v_1,...,v _ {N-1}  ，依次表示每种商品的价值。保证  1 ≤q v_i ≤q 10^9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行，每行两个整数 x_j,y_j ，表示第 j 个商人愿意使用第 x_j 种商品交换第 y_j 种商品。保证 0 ≤q x_j,y_j &lt; N，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 x_j ≠ y_j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输出一行一个整数，表示最少的花费。特别地，如果无法通过交换换取商品 b，请输出 No solution。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可以先找 2 号商人，花 2-1=1 元的差价以及 1 元手续费换得商品 1 ，再找 4 号商人，花  4 - 2 = 2  元的差价以及 1 元手续费换得商品 。总计花费  1 + 1 + 2 + 1 = 5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【样例2解释】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可以找  2  号商人，直接换得商品 2 的同时，赚取 100 - 4 = 96 元差价，再支付 1 元手续费，净赚 95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也可以先找 0 号商人换取商品 1，再找 1 号商人换取商品 2，不过这样只能赚 94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30 %  的测试点，保证 N ≤q 10 ，M ≤q 20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70 %  的测试点，保证  N ≤q 10^3 ，M ≤q 10^4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100 %  的测试点，保证  N ≤q 10^5, M ≤q 2 ×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