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3487: 闯关游戏（passlevel）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3487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GESP六级动态规划分组背包23年12月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247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GESP23年12月六级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你来到了一个闯关游戏。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这个游戏总共有 N 关，每关都有 M 个通道，你需要选择一个通道并通往后续关卡。其中，第 i 个通道可以让你前进 a_i 关，也就是说，如果你现在在第 x 关，那么选择第 i 个通道后，你将直接来到第 x+a_i 关（特别地，如果 x + a_i ≥ N ，那么你就通关了）。此外，当你顺利离开第 s 关时，你还将获得 b_s 分。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游戏开始时，你在第 0 关。请问，你通关时最多能获得多少总分？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第一行两个整数 N,M，分别表示关卡数量和每关的通道数量。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接下来一行 M 个用单个空格隔开的整数  a_0 , a_1,..., a _ {M-1} 。保证  1 ≤q a_i ≤q N。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接下来一行 N 个用单个空格隔开的整数  b_0 , b_1,..., b _ {N-1} 。保证 |b_i| ≤q 10^5。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一行一个整数，表示你通关时最多能够获得的分数。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 1 解释】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你可以在第 0 关选择第 1 个通道，获得 1 分并来到第 3 关；随后再选择第 0 个通道，获得 100 分并来到第 5 关；最后任选一个通道，都可以获得 30 分并通关。如此，总得分为 1 + 100 + 30 = 131。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 2 解释】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请注意，一些关卡的得分可能是负数。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【数据规模】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 20 %  的测试点，保证 M=1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 40 % 的测试点，保证 N ≤q 20；保证 M ≤q 2。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对于所有测试点，保证 N ≤q 10^4；保证 M ≤q 100。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