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3483: 小杨的字典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GESP四级字符串map23年12月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GESP23年12月四级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在遥远的星球，有两个国家 A 国和 B 国，他们使用着不同的语言：A 语言和 B 语言。小杨是 B 国的翻译官，他的工作是将 A 语言的文章翻译成 B 语言的文章。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为了顺利完成工作，小杨制作了一本字典，里面记录了 N 个 A 语言单词对应的 B 语言单词，巧合的是，这些单词都由地球上的 26 个小写英文字母组成。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小杨希望你写一个程序，帮助他根据这本字典翻译一段 A 语言文章。这段文章由标点符号 !()-[]{}\|;:'",./?&lt;&gt; 和一些 A 语言单词构成，每个单词之间必定由至少一个标点符号分割，你的程序需要把这段话中的所有 A 语言单词替换成它的 B 语言翻译。特别地，如果遇到不在字典中的单词，请使用大写 UNK 来替换它。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例如，小杨的字典中包含 2 个 A 语言单词 abc 和 d ，它们的 B 语言翻译分别为 a 和 def ，那么我们可以把 A 语言文章 abc.d.d.abc.abcd. 翻译成 B 语言文章 a.def.def.a.UNK. ，其中，单词 abcd 不在词典内，因此我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们需要使用 UNK 来替换它。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N，表示词典中的条目数。保证  N ≤q 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 N  行，每行两个用单个空格隔开的字符串  A,B ，分别表示字典中的一个 A 语言单词以及它对应的 B 语言翻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译。保证所有  A  不重复；保证  A  和  B  的长度不超过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最后一行一个字符串 S，表示需要翻译的 A 语言文章。保证字符串 S 的长度不超过 1000 ，保证字符串 S 只包含小写字母以及标点符号 !()-[]{}\|;:'",./?&lt;&gt;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输出一行，表示翻译后的结果。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