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3481: 小猫分鱼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GESP三级循环模拟23年12月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海滩上有⼀堆鱼 ，N 只小猫来分 。第一只小猫把这堆鱼平均分为 N 份 ，多了  i &lt; N  个 ，这只小猫把多的 i 个扔入海中 ，拿走了一份。第二只小猫接着把剩下的鱼平均分成 N 份 ，又多了 i 个 ，小猫同样把多的 i 个扔入海中 ，拿走了一份 。第三、第四、 … … ，第 N 只小猫仍是最终剩下的鱼分成 N 份 ，扔掉多了的 i 个 ，并拿走一份。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编写程序 ，输入小猫的数量 N 以及每次扔到海里的鱼的数量 i ，输出海滩上最少的鱼数 ，使得每只小猫都可吃到鱼。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 两只小猫来分鱼  N = 2  ，每次扔掉鱼的数量为  i = 1  ，为了每只小猫都可吃到鱼 ，可令第二只小猫需要拿走 1 条鱼 ，则此时待分配的有 3 条鱼 。第一只小猫待分配的鱼有  3 × 2 + 1 = 7  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总共 2 行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，第二行一个整数 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 ，表示满足要求的海滩上最少的鱼数。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三只小猫来分鱼  N = 3 ，每次扔掉鱼的数量为  i = 1 ，为了每只小猫都可吃到鱼 ，可令第三只小猫需要拿走 3 条鱼（拿走 1 条和 2 条不满足要求） ，则此时待分配的有 10 条鱼 。第二只小猫待分配的鱼有 10 × 3 / 2 + 1 = 16  条 。第⼀只小猫待分配的鱼有 16 × 3 / 2 + 1 = 25  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0 ＜ N ＜ 10 ， i &lt;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