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3479: 小杨做题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3479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GESP二级循环23年12月递推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1822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GESP23年12月二级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为了准备考试 ，小杨每天都要做题 。第 1 天 ，小杨做了 a 道题 ；第 2 天 ，小杨做了 b 道题 ；从第 3 天起 ，小杨每天做的题目数量是前两天的总和。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此外 ，小杨还规定 ，当自己某⼀天做了大于或等于 m 题时 ，接下来的所有日子里 ，他就再也不做题了。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 ，到了第 N 天 ，小杨总共做了多少题呢？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总共 4 行 。第一行⼀个整数 a ，第二行⼀个整数 b ，第三行⼀个整数 m ，第四行⼀个整数 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一行⼀个整数 ，表示小杨 N 天里总共做了多少题目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1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小杨第⼀天做 1 题 ，第二天做 2 题 ，第三天做 1 + 2 = 3 题 ，第四天做 2 + 3 = 5 题 ，第五天做 3 ＋5 = 8 题 。 因此 他总共做了 1 + 2 + 3 + 5 + 8 = 19 题。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2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小杨前 5 天分别做了  1,1,2,3,5  题，由于第 5 天小杨做了 5 题，而 m = 5 ，于是小杨从此以后不再做题。因此小杨总共做了  1 + 1 + 2 + 3 + 5 = 12  题。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 0 ≤ a, b ≤ 10 ， a,b &lt; m ≤q 1000000 ， 3 ≤q N ≤q 364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