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3477: 小杨的考试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GESP一级基础23年12月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今天是星期 X ，小杨还有 N 天就要考试了，你能推算出小杨考试那天是星期几吗？（本题中使用 7 表示星期日）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行，第一行一个整数 X ( 1 ≤q X ≤q 7 );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第二行一个整数 N ( 1 ≤q N ≤q 364 )。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输出一个整数，表示小杨考试那天是星期几。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今天是星期 1,那么 6 天后就是星期日，星期日在本题中用 7 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今天是星期 5，那么 3 天后就是星期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