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3474: 最小的进制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3474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进制转换蓝桥等考15级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我们知道十进制数由数码 0 到 9 组成，八进制数由数码 0 到 7 组成，二进制数由数码 0 和 1 组成。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同一个整数，它可能属于不同进制的数。比如整数 123 可能是一个十进制数，也可能是一个四进制数，但它不可能是一个三进制数，也不可能是一个二进制数，因为三进制数只由 0,1,2 组成，二进制数只由 0 和 1 组成。所以，四进制是整数 123 可以属于的最小的进制。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现在给你一个正整数，正整数中只可能出现 0 到 9 这 10 个数码，请你输出它可能属于的最小的进制。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输入一个正整数，正整数中只可能出现 0 到 9 这 10 个数码，正整数的位数在 1 到 8 之间。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输出一个正整数，表示最小的进制。2 代表二进制，3 代表三进制，依次类推。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123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