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3453: Frog II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还是刚刚那只小青蛙，他目前在第 1 块石头上，还是需要需要跳到第 N 块石头上，才能躲开琪露诺的攻击!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不同的是，这只小青蛙接受了祝福，现在可以从第 i 块石头上跳到第 i + 1 到 i + k 块石头上了，每次消耗的体力为两块石头的高度差（取正数）。不过冰之妖精可不管这些，她只想把小青蛙给冻住。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所以小青蛙又来向你询问该怎么用最少的体力跳到第 N 块石头上了。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第一行石头总数 N，以及题中所给的 k。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个数，分别表示第 i 块石头的高度。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一个数，代表小青蛙消耗的体力。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所有测试数据满足 2 ≤ N ≤ 10^5，1 ≤ K ≤ 100，1 ≤ h_i ≤ 10^4。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