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3452: Frog 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小青蛙真可怜，要被冰之妖精琪露诺冻成冰块了！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现在有 N 块石头，编号为 1-N 。对第 i 块石头，它的高度记为 h_i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小青蛙现在在 1 号石头上，他将现在需要跳到第 N 块石头上，才能躲开琪露诺的攻击。但是小青蛙力气不大，他每次只能跳到当前石头的下一个或者下下个（即当他在第 i 块石头上时，只能跳到 i+1 和 i+2 ），每次消耗的体力为两块石头的高度差（取正数）。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小青蛙已经没有多少力气了，所以他希望你能尽快帮他找到一条消耗体力最小的路径。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第一行石头总数 N，接下来 N 个数，分别表示第 i 块石头的高度。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一个数，代表小青蛙消耗的体力。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≤ N ≤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h_i ≤ 10^4。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