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3418: 有趣的照片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体育课上，同学们在操场上站成一排。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体育老师准备给大家拍一张照片，为了让照片更加有趣，老师想要选择一个连续范围的同学，这个连续的范围中，所有同学身高都不相等。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请问，老师拍的这张照片中最多包含了多少名同学？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行读入整数 N，代表有 N 名同学。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个整数，代表每名同学的身高。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输出照片中最多的人数。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 2 名到第 5 名同学的身高分别为：2 5 3 1 4，这个连续的范围中，同学们的身高互不相等。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的数据，满足：1 ≤ N ≤ 10^5，每位同学的身高均在 [1,10^5]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