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3410: 小杨的握手问题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GESP六级归并排序逆序对树状数组23年9月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小杨的班级里共有 N 名同学，学号从 0 至 N-1。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某节课上，老师安排全班同学进行一次握手游戏，具体规则如下：老师安排了一个顺序，让全班 N 名同学依次进入教室。每位同学进入教室时，需要和已经在教室内且学号小于自己的同学握手。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现在，小杨想知道，整个班级总共会进行多少次握手。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提示：可以考虑使用归并排序进行降序排序，并在此过程中求解。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 2 行。第一行一个整数 N，表示同学的个数；第二行 N 个用单个空格隔开的整数，依次描述同学们进入教室的顺序，每个整数在 0 ~ N-1 之间，表示该同学的学号。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保证每位同学会且只会进入教室一次。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输出一行一个整数，表示全班握手的总次数。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号同学进入教室，此时教室里没有其他同学。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号同学进入教室，此时教室里有 2 号同学。1 号同学的学号小于 2 号同学，因此他们之间不需要握手。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号同学进入教室，此时教室里有 1,2 号同学。3号同学的学号比他们都大，因此 3 号同学需要分别和另外两位同学握手。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号同学进入教室，此时教室里有 1,2,3 号同学。 0 号同学的学号比他们都小，因此 0 号同学不需要与其他同学握手。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综上所述全班一共握手 0 + 0 + 2 + 0 = 2 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全班所有同学之间都会进行握手，因为每位同学来到教室时，都会发现他的学号是当前教室里最大的，所以他需要和教室里的每位其他同学进行握手。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30 % 的测试点，保证 N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2 ≤q N ≤q 3 × 10^5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