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3408: 变长编码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3408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GESP四级位运算23年9月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GESP23年9月四级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小明刚刚学习了三种整数编码方式：原码、反码、补码，并了解到计算机存储整数通常使用补码。但他总是觉得，生活中很少用到 2^{31} - 1 这么大的数，生活中常用的 0~100 这种数也同样需要用 4 个字节的补码表示，太浪费了些。热爱学习的小明通过搜索，发现了一种正整数的变长编码方式。这种编码方式的规则如下：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对于给定的正整数，首先将其表达为二进制形式。例如，(0){10} = (0){2} ，(926){10} = (1110011110){2}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将二进制数从低位到高位切分成每组7 bit，不足 7 bit的在高位用 0 填补。例如，(0){2} 变为 0000000 的一组，(1110011110){2}变为 0011110 和 0000111 的两组。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由代表低位的组开始，为其加入最高位。如果这组是最后一组，则在最高位填上 0 ，否则在最高位填上 1 。于是，0 的变长编码为 00000000 一个字节，926 的变长编码为 10011110 和 00000111 两个字节。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这种编码方式可以用更少的字节表达比较小的数，也可以用很多的字节表达非常大的数。例如，987654321012345678 的二进制为 (0001101 1011010 0110110 1001011 1110100 0100110 1001000 0010110 1001110){2}，于是它的变长编码为（十六进制表示） CE 96 C8 A6 F4 CB B6 DA 0D ，共 9 个字节。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你能通过编写程序，找到一个正整数的变长编码吗？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输入第一行，包含一个正整数 N。约定 0 ≤q N ≤q 10^{18}。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输出一行，输出 N 对应的变长编码的每个字节，每个字节均以 2 位十六进制表示（其中， A - F 使用大写字母表示），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两个字节间以空格分隔。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