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3407: 进制转换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进制转换GESP四级23年9月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进制数指的是逢 N 进一的计数制。例如，人们日常生活中大多使用十进制计数，而计算机底层则一般使用二进制。除此之外，八进制和十六进制在一些场合也是常用的计数制（十六进制中，一般使用字母 A 至 F 表示十至十五；本题中，十一进制到十五进制也是类似的）。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在本题中，我们将给出 N 个不同进制的数。你需要分别把它们转换成十进制数。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输入的第一行为一个十进制表示的整数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行，每行一个整数 K ，随后是一个空格，紧接着是一个 K 进制数，表示需要转换的数。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保证所有 K 进制数均由数字和大写字母组成，且不以 0 开头。保证 K 进制数合法。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行，每一个十进制数，表示对应 K 进制数的十进制数值。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【提示】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对于任意一个  L  位 K 进制数，假设其最右边的数位为第  0  位，最左边的数位为第  L-1  位，我们只需要将其第 i 位的数码乘以权值 K^i，再将每位的结果相加，即可得到原 K 进制数对应的十进制数。下面是两个例子：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八进制数 1362 对应的十进制数为  1 × 8^3 + 3 × 8^2 + 6 × 8^1 + 2 × 8^0 = 754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十六进制数 3F0 对应的十进制数为  3 × 16^2 + 15 × 16^1 + 0 × 16^0 = 1008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N ≤q 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 2≤q K ≤q 16；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保证所有 K 进制数的位数不超过 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