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3406: 巧夺大奖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GESP五级贪心23年9月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GESP23年9月五级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小明参加了一个巧夺大奖的游戏节目。主持人宣布了游戏规则：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1、游戏分为 n 个时间段，参加者每个时间段可以选择一个小游戏。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2、游戏中共有 n 个小游戏可供选择。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3、每个小游戏有规定的时限和奖励。对于第 i 个小游戏，参加者必须在第 T_i 个时间段结束前完成才能得到奖励 R_i。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小明发现，这些小游戏都很简单，不管选择哪个小游戏，他都能在一个时间段内完成。关键问题在于，如何安排每个时间段分别选择哪个小游戏，才能使得总奖励最高？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输入第一行，包含一个正整数 n。 n 既是游戏时间段的个数，也是小游戏的个数。约定  1 ≤q n ≤q 500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输入第二行，包含 n 个正整数。第 i 个正整数为  T_i ，即第 i 个小游戏的完成期限。约定  1 ≤q T_i ≤q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输入第三行，包含 n 个正整数。第 i 个正整数为  R_i ，即第 i 个小游戏的完成奖励。约定  1 ≤q R_i ≤q 1000 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输出一行，包含一个正整数 C，为最高可获得的奖励。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4 2 4 3 1 4 6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70 60 50 40 30 20 10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230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个时间段可分别安排完成第 4、2、3、1、6、7、5 个小游戏，其中第 4、2、3、1、7  个小游戏在期限内完成。因此，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可以获得总计  40 + 60 + 50 + 70 + 10 = 230  的奖励。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