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3402: 数字黑洞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3402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循环GESP二级23年9月拆位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1809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GESP23年9月二级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给定一个三位数，要求各位不能相同。例如 352， 是符合要求的，112 是不符合要求的。将这个三位数的三个数字重新排列，得到的最大的数，减去得到的最小的数，形成一个新的三位数。对这个新的三位数可以重复上述过程。神奇的是，最终一定会得到 495 ！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试试看，重新排列 352 ，得到的最大数为 532，最小数为 235，它们的差是  297 ；变换 297，得到 972 - 279 = 693；变换 693，963 - 369 = 594；变换 594，954 - 459 = 495  。因此，352 经过 4 次变换得到了 495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现在，输入的三位数，你能通过编程得出，这个三位数经过多少次变换能够得到 495 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输入一行，包含一个符合要求的三位数 N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输出一行，包含一个整数 C，表示经过 C 次变换得到 495。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352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