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3400: 小明的幸运数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循环GESP一级23年9月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所有个位数为 k 的正整数，以及所有 k 的倍数，都被小明称为“ 幸运数”。小明想知道正整数 L 和 R 之间（包括 L 和 R ）所有 k 幸运数的和，你能帮帮他吗？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3 行。第一行包含一个正整数 k ，第二行包含一个正整数 L，第三行包含一个正整数 R。约定 2 ≤q k ≤q 9, 1 ≤q L ≤q R ≤q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行，符合题意的幸运数之和。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和 10 之间共有 1 个 7 幸运数：7。因为 7 既是 7 的倍数，个位数又为 7 。因此，结果为 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和 20 之间共有 2 个 7 幸运数：14 和 17。14 是 7 的倍数，17 的个位数为 7。因此，结果为31。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