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3399: 买文具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分支GESP一级23年9月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开学了，小明来到文具店选购文具。签字笔 2 元一支，他需要 X 支；记事本 5 元一本，他需要 Y 本；直尺 3 元一把，他需要 Z 把。小明手里有 Q 元钱。请你通过编程帮小明算算，他手里的钱是否够买他需要的文具。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4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X，是小明购买签字笔的数量。约定 1 ≤q X ≤q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第二行包含一个正整数 Y，是小明购买记事本的数量。约定 1 ≤q Y ≤q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第三行包含一个正整数 Z，是小明购买直尺的数量。约定 1 ≤q Z ≤q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第四行包含一个正整数 Q，是小明手里的钱数（单位：元）。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2 行。如果小明手里的钱够买他需要的文具，则第一行输出 Yes，第二行输出小明会剩下的钱数（单位：元）；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否则，第一行输出 No，第二行输出小明缺少的钱数（单位：元）。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