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3361: 绝对素数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3361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自定义函数GESP四级GESP样题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433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GESP样题四级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如果一个两位数是素数，且它的数字位置经过对换后仍为素数，则称为绝对素数，例如 13。给定两个正整数 A、B，请求出大于等于 A、小于等于 B 的所有绝对素数。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输入 1 行，包含两个正整数 A 和 B。保证 10 &lt; A &lt; B &lt; 100 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若干行，每行一个绝对素数，从小到大输出。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120" w:after="120"/>
      </w:pPr>
      <w:r>
        <w:t>11 20</w:t>
      </w:r>
    </w:p>
    <w:p>
      <w:pPr>
        <w:pStyle w:val="Heading1"/>
      </w:pPr>
      <w:r>
        <w:t>样例输出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11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13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17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