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3360: 进制转换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进制转换GESP三级GESP样题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750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GESP样题三级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小美刚刚学习了十六进制，她觉得很有趣，想到是不是还有更大的进制呢？在十六进制中，用 A 表示 10、F 表示 15。如果扩展到用 Z 表示 35，岂不是可以表示 36 进制数了嘛！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2 行，第一行包含一个正整数 N，第二行包含一个正整数 R。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1≤N≤1000000，2≤R≤36。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1 行，为 N 的 R 进制表示。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