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3353: 幸运数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3353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循环GESP四级23年6月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GESP2023年6月四级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小明发明了一种“幸运数”。一个正整数，其偶数位不变（个位为第 1 位，十位为第 2 位，以此类推），奇数位做如下变换：将数字乘以 7，如果不大于 9 则作为变换结果，否则把结果的各位数相加，如果结果不大于 9 则作为变换结果，否则（结果仍大于 9）继续把各位数相加，直到结果不大于 9，作为变换结果。变换结束后，把变换结果的各位数相加，如果得到的和是 8 的倍数，则称一开始的正整数为幸运数。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例如，16347：第 1 位为 7，乘以 7 结果为 49，大于 9，各位数相加为 13，仍大于 9，继续各位数相加，最后结果为 4；第 3 位为 3，变换结果为 3；第 5 位为 1，变换结果为 7。最后变化结果为 76344，对于结果 76344 其各位数之和为 24，是 8 的倍数。因此 16347 是幸运数。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输入第一行为正整数 N，表示有 N 个待判断的正整数。约定 1 ≤ N ≤ 20。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 2 行开始的 N 行，每行一个正整数，为待判断的正整数。约定这些正整数小于 10^{12}。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行，对应 N 个正整数是否为幸运数，如是则输出 T，否则输出 F。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提示：不需要等到所有输入结束在依次输出，可以输入一个数就判断一个数并输出，再输入下一个数。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16347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76344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