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3351: 春游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3351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数组GESP三级23年6月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1454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GESP2023年6月三级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老师带领同学们春游。已知班上有 N 位同学，每位同学有从 0 到 N − 1 的唯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编号。到了集合时间，老师确认是否所有同学都到达了集合地点，就让同学们报出自己的编号。到达的同学都会报出自己的编号，不会报出别人的编号，但有的同学很顽皮，会多次报出。你能帮老师找出有哪些同学没有到达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 2 行。第一行包含两个整数 N 和 M，表示班级有 N 位同学，同学们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共有 M 次报出编号。约定  2 ≤ N, M ≤ 1000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M 个整数，分别为 M 次报出的编号。约定所有编号都在合理范围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内。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输出一行。如果所有同学都到达，则输出N；否则由小到大输出所有未到达的同学编号，空格分隔。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