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3348: 累计相加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循环GESP一级23年6月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GESP23年6月一级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n，求形如：1 + (1 + 2) + (1 + 2 + 3) + (1 + 2 + 3 + 4) + … +(1 + 2 + 3 + 4 + 5 + …⋯n) 的累计相加。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输入一个正整数。约定  1 ≤ n ≤ 100 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输出累计相加的结果。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