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3174: 创队形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组正在拍创意集体照。老师每次都随机抽 k 个同学搭档，每组搭档都会商量出一款极富创意的独特造型拍照留念（搭档组合不得重复出现，即每组搭档只能拍一张创意照片）。C 组共有 n 个同学，帮助老师计算不同创意照片的张数。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两个正整数 n 和 k，中间用空格隔开，含义同题意。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一个整数，表示不同创意照片的张数。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共有{1,2}、{1,3}、{1,4}、{3,2}、{4,2}、{3,4}等同学组合拍出的 6 种不同造型照。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输入的数据保证  0 &lt; k &lt; n &lt; 20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