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3173: 闯关者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位同学按 1 ~ n 编号顺时针方向围成一圈玩拼图。每一关同学们都会领到一个特殊的卡片，卡片拼接形成的玄妙图案就是开启下一关的钥匙。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这次的闯关规则如下：第一轮由 1 号同学拼图，把手中的卡片拼到图上（用掉手中的卡片），并喊出数字 1。对于之后的每一轮，假设上一轮喊出的数字是 x，则从上一轮喊出数字的下一位同学开始，沿着顺时针方向数 x 个同学。如果这个同学手中没有卡片，则继续顺时针方向数数，直到遇到第一个有卡片的同学为止。最后数到的有卡片同学会完成拼图（用掉手中的卡片），并且喊出这一轮中数过的总数+1。所有同学按序完成拼图则闯关成功。具体流程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假设有 7 位同学，拼图顺序为：①→②→④→⑦→⑤→⑥→③。从①号同学开 始沿顺时针方向数 1 个数轮到②号同学；从②号沿顺时针方向数 2 个数轮到④号同学；从④号数 3 个数轮到⑦号同学；从⑦号数 4 个数轮到④号（无卡），继续数到 5 轮到⑤号同学；从⑤号数 6 个数轮到④号（无卡），继续数到 8 轮到⑥号同学；从⑥号数 9 个数轮到①号（无卡），继续数到 11 轮到③号同学，③号完成拼图闯关成功。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 n 位同学，请找出最后一位完成拼图的同学编号。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3118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_otwv8k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11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n，表示小组人数。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一个整数，表示最后一位完成拼图的同学编号。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①号数 1 个数轮到②号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②号数 2 个数轮到④号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④号数 3 个数轮到②号，继续数到 4 轮到③号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③号数 5 个数轮到③号，继续数到 7 轮到⑤号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输入的数据保证小于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9688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f9mln2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96888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